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544B2" w14:textId="77777777" w:rsidR="00510EC5" w:rsidRDefault="00510EC5">
      <w:pPr>
        <w:spacing w:before="40" w:after="0"/>
        <w:jc w:val="center"/>
        <w:rPr>
          <w:b/>
          <w:color w:val="17365D"/>
          <w:sz w:val="32"/>
        </w:rPr>
      </w:pPr>
    </w:p>
    <w:p w14:paraId="4B942263" w14:textId="77777777" w:rsidR="00510EC5" w:rsidRDefault="00510EC5">
      <w:pPr>
        <w:spacing w:before="40" w:after="0"/>
        <w:jc w:val="center"/>
        <w:rPr>
          <w:b/>
          <w:color w:val="17365D"/>
          <w:sz w:val="32"/>
        </w:rPr>
      </w:pPr>
    </w:p>
    <w:p w14:paraId="0418235E" w14:textId="75D21936" w:rsidR="00B34684" w:rsidRDefault="0038264B">
      <w:pPr>
        <w:spacing w:before="40" w:after="0"/>
        <w:jc w:val="center"/>
      </w:pPr>
      <w:r>
        <w:rPr>
          <w:b/>
          <w:color w:val="17365D"/>
          <w:sz w:val="32"/>
        </w:rPr>
        <w:t>SPONSORSHIP</w:t>
      </w:r>
      <w:r w:rsidR="00510EC5">
        <w:rPr>
          <w:b/>
          <w:color w:val="17365D"/>
          <w:sz w:val="32"/>
        </w:rPr>
        <w:t xml:space="preserve"> </w:t>
      </w:r>
      <w:r>
        <w:rPr>
          <w:b/>
          <w:color w:val="17365D"/>
          <w:sz w:val="32"/>
        </w:rPr>
        <w:t>LETTER</w:t>
      </w:r>
    </w:p>
    <w:p w14:paraId="2D117490" w14:textId="6EF55E7F" w:rsidR="00B34684" w:rsidRDefault="0038264B">
      <w:pPr>
        <w:spacing w:after="160"/>
        <w:jc w:val="center"/>
      </w:pPr>
      <w:r>
        <w:rPr>
          <w:b/>
          <w:sz w:val="23"/>
        </w:rPr>
        <w:t xml:space="preserve">Outgoing </w:t>
      </w:r>
      <w:r>
        <w:rPr>
          <w:b/>
          <w:sz w:val="23"/>
        </w:rPr>
        <w:t>Mobility</w:t>
      </w:r>
    </w:p>
    <w:p w14:paraId="11B1809F" w14:textId="77777777" w:rsidR="00B34684" w:rsidRDefault="0038264B">
      <w:pPr>
        <w:pBdr>
          <w:bottom w:val="single" w:sz="10" w:space="1" w:color="20A6C7"/>
        </w:pBdr>
        <w:spacing w:before="120" w:after="40"/>
      </w:pPr>
      <w:r>
        <w:rPr>
          <w:b/>
          <w:color w:val="17365D"/>
          <w:sz w:val="23"/>
        </w:rPr>
        <w:t>Student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200"/>
      </w:tblGrid>
      <w:tr w:rsidR="00B34684" w14:paraId="2F373EEA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A0121A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Student Full Name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E34E14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  <w:tr w:rsidR="00B34684" w14:paraId="2E3559EA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757531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LAU ID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1DBF01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  <w:tr w:rsidR="00B34684" w14:paraId="0D9DF27A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72399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Host University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D8A43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  <w:tr w:rsidR="00B34684" w14:paraId="6B9AE552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6BE664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 xml:space="preserve">Host </w:t>
            </w:r>
            <w:r>
              <w:rPr>
                <w:b/>
                <w:sz w:val="19"/>
              </w:rPr>
              <w:t>Country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293BF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  <w:tr w:rsidR="00B34684" w14:paraId="5779FA43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5C59F3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Mobility Term / Year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38D20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</w:tbl>
    <w:p w14:paraId="2E379ECE" w14:textId="77777777" w:rsidR="00510EC5" w:rsidRDefault="00510EC5">
      <w:pPr>
        <w:pBdr>
          <w:bottom w:val="single" w:sz="10" w:space="1" w:color="20A6C7"/>
        </w:pBdr>
        <w:spacing w:before="120" w:after="40"/>
        <w:rPr>
          <w:b/>
          <w:color w:val="17365D"/>
          <w:sz w:val="23"/>
        </w:rPr>
      </w:pPr>
    </w:p>
    <w:p w14:paraId="7D82BCEB" w14:textId="7D1BCA95" w:rsidR="00B34684" w:rsidRDefault="0038264B">
      <w:pPr>
        <w:pBdr>
          <w:bottom w:val="single" w:sz="10" w:space="1" w:color="20A6C7"/>
        </w:pBdr>
        <w:spacing w:before="120" w:after="40"/>
      </w:pPr>
      <w:r>
        <w:rPr>
          <w:b/>
          <w:color w:val="17365D"/>
          <w:sz w:val="23"/>
        </w:rPr>
        <w:t>Parent / Legal Guardian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200"/>
      </w:tblGrid>
      <w:tr w:rsidR="00B34684" w14:paraId="60CCECBF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688BF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Full Name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08C726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  <w:tr w:rsidR="00B34684" w14:paraId="115A946C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A3439D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Relationship to Student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65AAEA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Mother / Father / Legal Guardian</w:t>
            </w:r>
          </w:p>
        </w:tc>
      </w:tr>
      <w:tr w:rsidR="00B34684" w14:paraId="771B7A08" w14:textId="77777777">
        <w:trPr>
          <w:jc w:val="center"/>
        </w:trPr>
        <w:tc>
          <w:tcPr>
            <w:tcW w:w="309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FCBCAA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 xml:space="preserve">Telephone </w:t>
            </w:r>
            <w:r>
              <w:rPr>
                <w:b/>
                <w:sz w:val="19"/>
              </w:rPr>
              <w:t>Number</w:t>
            </w:r>
          </w:p>
        </w:tc>
        <w:tc>
          <w:tcPr>
            <w:tcW w:w="72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DEB6E7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</w:tbl>
    <w:p w14:paraId="1A6A5A6D" w14:textId="77777777" w:rsidR="00510EC5" w:rsidRDefault="00510EC5">
      <w:pPr>
        <w:pBdr>
          <w:bottom w:val="single" w:sz="10" w:space="1" w:color="20A6C7"/>
        </w:pBdr>
        <w:spacing w:before="120" w:after="40"/>
        <w:rPr>
          <w:b/>
          <w:color w:val="17365D"/>
          <w:sz w:val="23"/>
        </w:rPr>
      </w:pPr>
    </w:p>
    <w:p w14:paraId="742574FF" w14:textId="56371696" w:rsidR="00B34684" w:rsidRDefault="0038264B">
      <w:pPr>
        <w:pBdr>
          <w:bottom w:val="single" w:sz="10" w:space="1" w:color="20A6C7"/>
        </w:pBdr>
        <w:spacing w:before="120" w:after="40"/>
      </w:pPr>
      <w:r>
        <w:rPr>
          <w:b/>
          <w:color w:val="17365D"/>
          <w:sz w:val="23"/>
        </w:rPr>
        <w:t>Sponsorship, Permission and Consent</w:t>
      </w:r>
    </w:p>
    <w:p w14:paraId="5C0650A6" w14:textId="77777777" w:rsidR="00B34684" w:rsidRDefault="0038264B">
      <w:pPr>
        <w:spacing w:after="100"/>
      </w:pPr>
      <w:r>
        <w:rPr>
          <w:b/>
        </w:rPr>
        <w:t>To the International Services and Programs Office at the Lebanese American University:</w:t>
      </w:r>
    </w:p>
    <w:p w14:paraId="7950CD70" w14:textId="77777777" w:rsidR="00B34684" w:rsidRDefault="0038264B">
      <w:pPr>
        <w:spacing w:after="100"/>
        <w:ind w:left="173"/>
      </w:pPr>
      <w:r>
        <w:t>I confirm that I am the parent/legal guardian of the above-named student and that I will fin</w:t>
      </w:r>
      <w:r>
        <w:t>ancially support my child/ward during their stay in the host country and at the host university indicated above for the specified mobility term.</w:t>
      </w:r>
    </w:p>
    <w:p w14:paraId="2BE6396D" w14:textId="77777777" w:rsidR="00B34684" w:rsidRDefault="0038264B">
      <w:pPr>
        <w:spacing w:after="100"/>
        <w:ind w:left="173"/>
      </w:pPr>
      <w:r>
        <w:t>I undertake to provide funding for the full tuition fees and the personal expenses needed by my child/ward whil</w:t>
      </w:r>
      <w:r>
        <w:t>e studying abroad.</w:t>
      </w:r>
    </w:p>
    <w:p w14:paraId="3A35C844" w14:textId="77777777" w:rsidR="00B34684" w:rsidRDefault="0038264B">
      <w:pPr>
        <w:spacing w:after="100"/>
        <w:ind w:left="173"/>
      </w:pPr>
      <w:r>
        <w:t>I give my consent for my child/ward to study in the host country and participate in the above-mentioned mobility.</w:t>
      </w:r>
    </w:p>
    <w:p w14:paraId="3C509EFD" w14:textId="77777777" w:rsidR="00B34684" w:rsidRDefault="0038264B">
      <w:pPr>
        <w:spacing w:after="100"/>
        <w:ind w:left="173"/>
      </w:pPr>
      <w:r>
        <w:t>I authorize the Lebanese American University to contact me, when needed, using the telephone number provided above.</w:t>
      </w:r>
    </w:p>
    <w:p w14:paraId="313F74D1" w14:textId="77777777" w:rsidR="00510EC5" w:rsidRDefault="00510EC5">
      <w:pPr>
        <w:pBdr>
          <w:bottom w:val="single" w:sz="10" w:space="1" w:color="20A6C7"/>
        </w:pBdr>
        <w:spacing w:before="120" w:after="40"/>
        <w:rPr>
          <w:b/>
          <w:color w:val="17365D"/>
          <w:sz w:val="23"/>
        </w:rPr>
      </w:pPr>
    </w:p>
    <w:p w14:paraId="7BF011EB" w14:textId="26D4153C" w:rsidR="00B34684" w:rsidRDefault="0038264B">
      <w:pPr>
        <w:pBdr>
          <w:bottom w:val="single" w:sz="10" w:space="1" w:color="20A6C7"/>
        </w:pBdr>
        <w:spacing w:before="120" w:after="40"/>
      </w:pPr>
      <w:r>
        <w:rPr>
          <w:b/>
          <w:color w:val="17365D"/>
          <w:sz w:val="23"/>
        </w:rPr>
        <w:t>Parent / Legal Guardian Acknowledgment</w:t>
      </w:r>
    </w:p>
    <w:p w14:paraId="43EC658C" w14:textId="6A713D7B" w:rsidR="00B34684" w:rsidRDefault="0038264B">
      <w:r>
        <w:t>By signing below, I confirm that the information provided above is accurate and that I understand and accept the sponsorship, permission, and consent statements contained in this form.</w:t>
      </w:r>
    </w:p>
    <w:p w14:paraId="1550836F" w14:textId="77777777" w:rsidR="00510EC5" w:rsidRDefault="00510EC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0"/>
        <w:gridCol w:w="6156"/>
      </w:tblGrid>
      <w:tr w:rsidR="00B34684" w14:paraId="4C671D1B" w14:textId="77777777" w:rsidTr="00510EC5">
        <w:trPr>
          <w:jc w:val="center"/>
        </w:trPr>
        <w:tc>
          <w:tcPr>
            <w:tcW w:w="45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5F008B64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Parent / Legal Guardian Full Nam</w:t>
            </w:r>
            <w:r>
              <w:rPr>
                <w:b/>
                <w:sz w:val="19"/>
              </w:rPr>
              <w:t>e</w:t>
            </w:r>
          </w:p>
        </w:tc>
        <w:tc>
          <w:tcPr>
            <w:tcW w:w="615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32F06BDF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text.</w:t>
            </w:r>
          </w:p>
        </w:tc>
      </w:tr>
      <w:tr w:rsidR="00B34684" w14:paraId="040D0C9D" w14:textId="77777777" w:rsidTr="00510EC5">
        <w:trPr>
          <w:jc w:val="center"/>
        </w:trPr>
        <w:tc>
          <w:tcPr>
            <w:tcW w:w="45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AD47F82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Signature</w:t>
            </w:r>
          </w:p>
        </w:tc>
        <w:tc>
          <w:tcPr>
            <w:tcW w:w="615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352C6AE1" w14:textId="77777777" w:rsidR="00B34684" w:rsidRDefault="00B34684">
            <w:pPr>
              <w:spacing w:after="0"/>
            </w:pPr>
          </w:p>
        </w:tc>
      </w:tr>
      <w:tr w:rsidR="00B34684" w14:paraId="01FD1AA3" w14:textId="77777777" w:rsidTr="00510EC5">
        <w:trPr>
          <w:jc w:val="center"/>
        </w:trPr>
        <w:tc>
          <w:tcPr>
            <w:tcW w:w="4500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shd w:val="clear" w:color="auto" w:fill="E9EFF5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03A99278" w14:textId="77777777" w:rsidR="00B34684" w:rsidRDefault="0038264B"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w="6156" w:type="dxa"/>
            <w:tcBorders>
              <w:top w:val="single" w:sz="8" w:space="0" w:color="6B6B6B"/>
              <w:left w:val="single" w:sz="8" w:space="0" w:color="6B6B6B"/>
              <w:bottom w:val="single" w:sz="8" w:space="0" w:color="6B6B6B"/>
              <w:right w:val="single" w:sz="8" w:space="0" w:color="6B6B6B"/>
            </w:tcBorders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1B64B83F" w14:textId="77777777" w:rsidR="00B34684" w:rsidRDefault="0038264B">
            <w:pPr>
              <w:spacing w:after="0"/>
            </w:pPr>
            <w:r>
              <w:rPr>
                <w:color w:val="646464"/>
                <w:sz w:val="19"/>
              </w:rPr>
              <w:t>Click or tap here to enter date.</w:t>
            </w:r>
          </w:p>
        </w:tc>
      </w:tr>
    </w:tbl>
    <w:p w14:paraId="65F39935" w14:textId="6E01E2E9" w:rsidR="00000000" w:rsidRDefault="0038264B"/>
    <w:p w14:paraId="596B09A4" w14:textId="7A5DC24C" w:rsidR="00510EC5" w:rsidRPr="00510EC5" w:rsidRDefault="00510EC5" w:rsidP="00510EC5"/>
    <w:p w14:paraId="79F3E91F" w14:textId="1D4352DC" w:rsidR="00510EC5" w:rsidRPr="00510EC5" w:rsidRDefault="00510EC5" w:rsidP="00510EC5">
      <w:pPr>
        <w:tabs>
          <w:tab w:val="left" w:pos="2760"/>
        </w:tabs>
      </w:pPr>
      <w:r>
        <w:tab/>
      </w:r>
    </w:p>
    <w:sectPr w:rsidR="00510EC5" w:rsidRPr="00510EC5" w:rsidSect="00034616">
      <w:headerReference w:type="default" r:id="rId8"/>
      <w:footerReference w:type="default" r:id="rId9"/>
      <w:pgSz w:w="12240" w:h="15840"/>
      <w:pgMar w:top="648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AA0D" w14:textId="77777777" w:rsidR="00000000" w:rsidRDefault="0038264B">
      <w:pPr>
        <w:spacing w:after="0"/>
      </w:pPr>
      <w:r>
        <w:separator/>
      </w:r>
    </w:p>
  </w:endnote>
  <w:endnote w:type="continuationSeparator" w:id="0">
    <w:p w14:paraId="55EC3F67" w14:textId="77777777" w:rsidR="00000000" w:rsidRDefault="003826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072A4" w14:textId="4013B3D3" w:rsidR="00B34684" w:rsidRDefault="00B3468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976B9" w14:textId="77777777" w:rsidR="00000000" w:rsidRDefault="0038264B">
      <w:pPr>
        <w:spacing w:after="0"/>
      </w:pPr>
      <w:r>
        <w:separator/>
      </w:r>
    </w:p>
  </w:footnote>
  <w:footnote w:type="continuationSeparator" w:id="0">
    <w:p w14:paraId="74CE1AFE" w14:textId="77777777" w:rsidR="00000000" w:rsidRDefault="003826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C13A" w14:textId="77777777" w:rsidR="00B34684" w:rsidRDefault="0038264B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834E4E" wp14:editId="7CC5CF95">
          <wp:simplePos x="0" y="0"/>
          <wp:positionH relativeFrom="column">
            <wp:posOffset>100330</wp:posOffset>
          </wp:positionH>
          <wp:positionV relativeFrom="paragraph">
            <wp:posOffset>-50800</wp:posOffset>
          </wp:positionV>
          <wp:extent cx="2514600" cy="6286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national Services and Programs Office (002)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460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264B"/>
    <w:rsid w:val="00510EC5"/>
    <w:rsid w:val="00AA1D8D"/>
    <w:rsid w:val="00B3468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837127"/>
  <w14:defaultImageDpi w14:val="300"/>
  <w15:docId w15:val="{559C3276-B36C-4D01-8813-9B202D1C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ISP Sponsorship, Permission and Consent Form</dc:title>
  <dc:subject>Outgoing Exchange / Study Abroad Mobility</dc:subject>
  <dc:creator>International Services and Programs Office - Lebanese American University</dc:creator>
  <cp:keywords/>
  <dc:description>generated by python-docx</dc:description>
  <cp:lastModifiedBy>Nayla Hocheimy</cp:lastModifiedBy>
  <cp:revision>3</cp:revision>
  <dcterms:created xsi:type="dcterms:W3CDTF">2026-08-20T11:58:00Z</dcterms:created>
  <dcterms:modified xsi:type="dcterms:W3CDTF">2026-08-20T11:58:00Z</dcterms:modified>
  <cp:category/>
</cp:coreProperties>
</file>